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90E85" w14:textId="2D895E99" w:rsidR="00644B64" w:rsidRDefault="00644B64" w:rsidP="00644B64">
      <w:pPr>
        <w:pStyle w:val="Heading1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 xml:space="preserve">YouTube Videos Recommended with </w:t>
      </w:r>
      <w:r>
        <w:rPr>
          <w:rFonts w:ascii="Aptos" w:hAnsi="Aptos"/>
          <w:sz w:val="32"/>
          <w:szCs w:val="32"/>
        </w:rPr>
        <w:t xml:space="preserve">Basic </w:t>
      </w:r>
      <w:r>
        <w:rPr>
          <w:rFonts w:ascii="Aptos" w:hAnsi="Aptos"/>
          <w:sz w:val="32"/>
          <w:szCs w:val="32"/>
        </w:rPr>
        <w:t>Skills</w:t>
      </w:r>
    </w:p>
    <w:p w14:paraId="46D3224E" w14:textId="77777777" w:rsidR="00C0702A" w:rsidRDefault="00000000">
      <w:pPr>
        <w:pStyle w:val="Heading2"/>
      </w:pPr>
      <w:r>
        <w:t>Quantitative Reasoning</w:t>
      </w:r>
    </w:p>
    <w:p w14:paraId="2CD7F09D" w14:textId="6CF9FC07" w:rsidR="00C0702A" w:rsidRDefault="00000000">
      <w:pPr>
        <w:pStyle w:val="ListBullet"/>
      </w:pPr>
      <w:r>
        <w:t xml:space="preserve">TSIA2 Quantitative Reasoning Review: </w:t>
      </w:r>
      <w:hyperlink r:id="rId6" w:history="1">
        <w:r w:rsidR="00C0702A" w:rsidRPr="00712891">
          <w:rPr>
            <w:rStyle w:val="Hyperlink"/>
          </w:rPr>
          <w:t>https://www.youtube.com/results?search_query=TSIA2+quantitative+reasoning+review</w:t>
        </w:r>
      </w:hyperlink>
    </w:p>
    <w:p w14:paraId="73368E8C" w14:textId="53AA0E17" w:rsidR="00C0702A" w:rsidRDefault="00000000">
      <w:pPr>
        <w:pStyle w:val="ListBullet"/>
      </w:pPr>
      <w:r>
        <w:t xml:space="preserve">Fractions, Decimals, and Percents (Khan Academy): </w:t>
      </w:r>
      <w:hyperlink r:id="rId7" w:history="1">
        <w:r w:rsidR="00C0702A" w:rsidRPr="00712891">
          <w:rPr>
            <w:rStyle w:val="Hyperlink"/>
          </w:rPr>
          <w:t>https://www.youtube.com/results?search_query=fractions+decimals+percents+khan+academy</w:t>
        </w:r>
      </w:hyperlink>
    </w:p>
    <w:p w14:paraId="0F07970F" w14:textId="39A09E4E" w:rsidR="00C0702A" w:rsidRDefault="00000000">
      <w:pPr>
        <w:pStyle w:val="ListBullet"/>
      </w:pPr>
      <w:r>
        <w:t xml:space="preserve">Ratios and Proportions (The Organic Chemistry Tutor): </w:t>
      </w:r>
      <w:hyperlink r:id="rId8" w:history="1">
        <w:r w:rsidR="00C0702A" w:rsidRPr="00712891">
          <w:rPr>
            <w:rStyle w:val="Hyperlink"/>
          </w:rPr>
          <w:t>https://www.youtube.com/results?search_query=ratios+and+proportions+organic+chemistry+tutor</w:t>
        </w:r>
      </w:hyperlink>
    </w:p>
    <w:p w14:paraId="313ADA37" w14:textId="77777777" w:rsidR="00C0702A" w:rsidRDefault="00000000">
      <w:pPr>
        <w:pStyle w:val="Heading2"/>
      </w:pPr>
      <w:r>
        <w:t>Algebraic Reasoning</w:t>
      </w:r>
    </w:p>
    <w:p w14:paraId="39D23990" w14:textId="16D1BD81" w:rsidR="00C0702A" w:rsidRDefault="00000000">
      <w:pPr>
        <w:pStyle w:val="ListBullet"/>
      </w:pPr>
      <w:r>
        <w:t xml:space="preserve">TSIA2 Algebra Review: </w:t>
      </w:r>
      <w:hyperlink r:id="rId9" w:history="1">
        <w:r w:rsidR="00C0702A" w:rsidRPr="00712891">
          <w:rPr>
            <w:rStyle w:val="Hyperlink"/>
          </w:rPr>
          <w:t>https://www.youtube.com/results?search_query=TSIA2+algebra+review</w:t>
        </w:r>
      </w:hyperlink>
    </w:p>
    <w:p w14:paraId="50F70B06" w14:textId="5FFD1BE0" w:rsidR="00C0702A" w:rsidRDefault="00000000">
      <w:pPr>
        <w:pStyle w:val="ListBullet"/>
      </w:pPr>
      <w:r>
        <w:t xml:space="preserve">Linear Equations (Khan Academy): </w:t>
      </w:r>
      <w:hyperlink r:id="rId10" w:history="1">
        <w:r w:rsidR="00C0702A" w:rsidRPr="00712891">
          <w:rPr>
            <w:rStyle w:val="Hyperlink"/>
          </w:rPr>
          <w:t>https://www.youtube.com/results?search_query=linear+equations+khan+academy</w:t>
        </w:r>
      </w:hyperlink>
    </w:p>
    <w:p w14:paraId="306ECA7C" w14:textId="79CECEF7" w:rsidR="00C0702A" w:rsidRDefault="00000000">
      <w:pPr>
        <w:pStyle w:val="ListBullet"/>
      </w:pPr>
      <w:r>
        <w:t xml:space="preserve">Factoring Trinomials (The Organic Chemistry Tutor): </w:t>
      </w:r>
      <w:hyperlink r:id="rId11" w:history="1">
        <w:r w:rsidR="00C0702A" w:rsidRPr="00712891">
          <w:rPr>
            <w:rStyle w:val="Hyperlink"/>
          </w:rPr>
          <w:t>https://www.youtube.com/results?search_query=factoring+trinomials+organic+chemistry+tutor</w:t>
        </w:r>
      </w:hyperlink>
    </w:p>
    <w:p w14:paraId="255AC0B4" w14:textId="77777777" w:rsidR="00C0702A" w:rsidRDefault="00000000">
      <w:pPr>
        <w:pStyle w:val="Heading2"/>
      </w:pPr>
      <w:r>
        <w:t>Geometric and Spatial Reasoning</w:t>
      </w:r>
    </w:p>
    <w:p w14:paraId="259F8213" w14:textId="5E22EC58" w:rsidR="00C0702A" w:rsidRDefault="00000000">
      <w:pPr>
        <w:pStyle w:val="ListBullet"/>
      </w:pPr>
      <w:r>
        <w:t xml:space="preserve">TSIA2 Geometry Review: </w:t>
      </w:r>
      <w:hyperlink r:id="rId12" w:history="1">
        <w:r w:rsidR="00C0702A" w:rsidRPr="00712891">
          <w:rPr>
            <w:rStyle w:val="Hyperlink"/>
          </w:rPr>
          <w:t>https://www.youtube.com/results?search_query=TSIA2+geometry+review</w:t>
        </w:r>
      </w:hyperlink>
    </w:p>
    <w:p w14:paraId="734DCDB8" w14:textId="135AF112" w:rsidR="00C0702A" w:rsidRDefault="00000000">
      <w:pPr>
        <w:pStyle w:val="ListBullet"/>
      </w:pPr>
      <w:r>
        <w:t xml:space="preserve">Pythagorean Theorem (Khan Academy): </w:t>
      </w:r>
      <w:hyperlink r:id="rId13" w:history="1">
        <w:r w:rsidR="00C0702A" w:rsidRPr="00712891">
          <w:rPr>
            <w:rStyle w:val="Hyperlink"/>
          </w:rPr>
          <w:t>https://www.youtube.com/results?search_query=pythagorean+theorem+khan+academy</w:t>
        </w:r>
      </w:hyperlink>
    </w:p>
    <w:p w14:paraId="0AD9FC3D" w14:textId="78D8EADE" w:rsidR="00C0702A" w:rsidRDefault="00000000">
      <w:pPr>
        <w:pStyle w:val="ListBullet"/>
      </w:pPr>
      <w:r>
        <w:t xml:space="preserve">Area and Volume (The Organic Chemistry Tutor): </w:t>
      </w:r>
      <w:hyperlink r:id="rId14" w:history="1">
        <w:r w:rsidR="00C0702A" w:rsidRPr="00712891">
          <w:rPr>
            <w:rStyle w:val="Hyperlink"/>
          </w:rPr>
          <w:t>https://www.youtube.com/results?search_query=area+and+volume+organic+chemistry+tutor</w:t>
        </w:r>
      </w:hyperlink>
    </w:p>
    <w:p w14:paraId="67AE7551" w14:textId="77777777" w:rsidR="00C0702A" w:rsidRDefault="00000000">
      <w:pPr>
        <w:pStyle w:val="Heading2"/>
      </w:pPr>
      <w:r>
        <w:t>Probability and Statistical Reasoning</w:t>
      </w:r>
    </w:p>
    <w:p w14:paraId="2AD7975E" w14:textId="56723171" w:rsidR="00C0702A" w:rsidRDefault="00000000">
      <w:pPr>
        <w:pStyle w:val="ListBullet"/>
      </w:pPr>
      <w:r>
        <w:t xml:space="preserve">TSIA2 Statistics Review: </w:t>
      </w:r>
      <w:hyperlink r:id="rId15" w:history="1">
        <w:r w:rsidR="00C0702A" w:rsidRPr="00712891">
          <w:rPr>
            <w:rStyle w:val="Hyperlink"/>
          </w:rPr>
          <w:t>https://www.youtube.com/results?search_query=TSIA2+statistics+review</w:t>
        </w:r>
      </w:hyperlink>
    </w:p>
    <w:p w14:paraId="2BD6BD0D" w14:textId="29E6A2CE" w:rsidR="00C0702A" w:rsidRDefault="00000000">
      <w:pPr>
        <w:pStyle w:val="ListBullet"/>
      </w:pPr>
      <w:r>
        <w:t xml:space="preserve">Probability Basics (Khan Academy): </w:t>
      </w:r>
      <w:hyperlink r:id="rId16" w:history="1">
        <w:r w:rsidR="00C0702A" w:rsidRPr="00712891">
          <w:rPr>
            <w:rStyle w:val="Hyperlink"/>
          </w:rPr>
          <w:t>https://www.youtube.com/results?search_query=probability+basics+khan+academy</w:t>
        </w:r>
      </w:hyperlink>
    </w:p>
    <w:p w14:paraId="681F75A2" w14:textId="44F73858" w:rsidR="00C0702A" w:rsidRDefault="00000000">
      <w:pPr>
        <w:pStyle w:val="ListBullet"/>
      </w:pPr>
      <w:r>
        <w:t xml:space="preserve">Mean, Median, and Mode (Math Antics): </w:t>
      </w:r>
      <w:hyperlink r:id="rId17" w:history="1">
        <w:r w:rsidR="00C0702A" w:rsidRPr="00712891">
          <w:rPr>
            <w:rStyle w:val="Hyperlink"/>
          </w:rPr>
          <w:t>https://www.youtube.com/results?search_query=mean+median+mode+math+antics</w:t>
        </w:r>
      </w:hyperlink>
    </w:p>
    <w:sectPr w:rsidR="00C070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4849958">
    <w:abstractNumId w:val="8"/>
  </w:num>
  <w:num w:numId="2" w16cid:durableId="822428649">
    <w:abstractNumId w:val="6"/>
  </w:num>
  <w:num w:numId="3" w16cid:durableId="396632838">
    <w:abstractNumId w:val="5"/>
  </w:num>
  <w:num w:numId="4" w16cid:durableId="2061201446">
    <w:abstractNumId w:val="4"/>
  </w:num>
  <w:num w:numId="5" w16cid:durableId="925572276">
    <w:abstractNumId w:val="7"/>
  </w:num>
  <w:num w:numId="6" w16cid:durableId="146292080">
    <w:abstractNumId w:val="3"/>
  </w:num>
  <w:num w:numId="7" w16cid:durableId="85422007">
    <w:abstractNumId w:val="2"/>
  </w:num>
  <w:num w:numId="8" w16cid:durableId="1631862021">
    <w:abstractNumId w:val="1"/>
  </w:num>
  <w:num w:numId="9" w16cid:durableId="194426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5703"/>
    <w:rsid w:val="0015074B"/>
    <w:rsid w:val="0029639D"/>
    <w:rsid w:val="00326F90"/>
    <w:rsid w:val="005547B5"/>
    <w:rsid w:val="00644B64"/>
    <w:rsid w:val="00712891"/>
    <w:rsid w:val="009F5B35"/>
    <w:rsid w:val="00AA1D8D"/>
    <w:rsid w:val="00AB734F"/>
    <w:rsid w:val="00B47730"/>
    <w:rsid w:val="00C0702A"/>
    <w:rsid w:val="00CB0664"/>
    <w:rsid w:val="00D016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F110A1"/>
  <w14:defaultImageDpi w14:val="300"/>
  <w15:docId w15:val="{0C3338F2-B0BF-43E3-92C8-1ECA06F9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128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8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28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ratios+and+proportions+organic+chemistry+tutor" TargetMode="External"/><Relationship Id="rId13" Type="http://schemas.openxmlformats.org/officeDocument/2006/relationships/hyperlink" Target="https://www.youtube.com/results?search_query=pythagorean+theorem+khan+academ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results?search_query=fractions+decimals+percents+khan+academy" TargetMode="External"/><Relationship Id="rId12" Type="http://schemas.openxmlformats.org/officeDocument/2006/relationships/hyperlink" Target="https://www.youtube.com/results?search_query=TSIA2+geometry+review" TargetMode="External"/><Relationship Id="rId17" Type="http://schemas.openxmlformats.org/officeDocument/2006/relationships/hyperlink" Target="https://www.youtube.com/results?search_query=mean+median+mode+math+anti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probability+basics+khan+academ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results?search_query=TSIA2+quantitative+reasoning+review" TargetMode="External"/><Relationship Id="rId11" Type="http://schemas.openxmlformats.org/officeDocument/2006/relationships/hyperlink" Target="https://www.youtube.com/results?search_query=factoring+trinomials+organic+chemistry+tuto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results?search_query=TSIA2+statistics+review" TargetMode="External"/><Relationship Id="rId10" Type="http://schemas.openxmlformats.org/officeDocument/2006/relationships/hyperlink" Target="https://www.youtube.com/results?search_query=linear+equations+khan+academ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results?search_query=TSIA2+algebra+review" TargetMode="External"/><Relationship Id="rId14" Type="http://schemas.openxmlformats.org/officeDocument/2006/relationships/hyperlink" Target="https://www.youtube.com/results?search_query=area+and+volume+organic+chemistry+tu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Ashraf Gilani</cp:lastModifiedBy>
  <cp:revision>3</cp:revision>
  <dcterms:created xsi:type="dcterms:W3CDTF">2026-07-01T20:37:00Z</dcterms:created>
  <dcterms:modified xsi:type="dcterms:W3CDTF">2026-07-01T20:46:00Z</dcterms:modified>
  <cp:category/>
</cp:coreProperties>
</file>