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0A20" w14:textId="004302DD" w:rsidR="00E02435" w:rsidRPr="002D20DD" w:rsidRDefault="003F03AD">
      <w:pPr>
        <w:pStyle w:val="Heading1"/>
        <w:rPr>
          <w:rFonts w:ascii="Aptos" w:hAnsi="Aptos"/>
          <w:sz w:val="32"/>
          <w:szCs w:val="32"/>
        </w:rPr>
      </w:pPr>
      <w:r w:rsidRPr="002D20DD">
        <w:rPr>
          <w:rFonts w:ascii="Aptos" w:hAnsi="Aptos"/>
          <w:sz w:val="32"/>
          <w:szCs w:val="32"/>
        </w:rPr>
        <w:t xml:space="preserve">YouTube </w:t>
      </w:r>
      <w:r w:rsidR="002D20DD" w:rsidRPr="002D20DD">
        <w:rPr>
          <w:rFonts w:ascii="Aptos" w:hAnsi="Aptos"/>
          <w:sz w:val="32"/>
          <w:szCs w:val="32"/>
        </w:rPr>
        <w:t>Videos Recommended with Advanced Skills</w:t>
      </w:r>
    </w:p>
    <w:p w14:paraId="3F6B1736" w14:textId="77777777" w:rsidR="00E02435" w:rsidRDefault="00000000">
      <w:pPr>
        <w:pStyle w:val="Heading2"/>
      </w:pPr>
      <w:r>
        <w:t>Quantitative Reasoning</w:t>
      </w:r>
    </w:p>
    <w:p w14:paraId="0A664531" w14:textId="38A33F69" w:rsidR="00E02435" w:rsidRDefault="00000000">
      <w:pPr>
        <w:pStyle w:val="ListBullet"/>
      </w:pPr>
      <w:r>
        <w:t xml:space="preserve">Percent Applications (Khan Academy): </w:t>
      </w:r>
      <w:hyperlink r:id="rId6" w:history="1">
        <w:r w:rsidR="00E02435" w:rsidRPr="00CB11E0">
          <w:rPr>
            <w:rStyle w:val="Hyperlink"/>
          </w:rPr>
          <w:t>https://www.youtube.com/results?search_query=percent+applications+khan+academy</w:t>
        </w:r>
      </w:hyperlink>
    </w:p>
    <w:p w14:paraId="107922B9" w14:textId="4A6C7603" w:rsidR="00E02435" w:rsidRDefault="00000000">
      <w:pPr>
        <w:pStyle w:val="ListBullet"/>
      </w:pPr>
      <w:r>
        <w:t xml:space="preserve">Order of Operations Challenge (Math Antics): </w:t>
      </w:r>
      <w:hyperlink r:id="rId7" w:history="1">
        <w:r w:rsidR="00E02435" w:rsidRPr="00CB11E0">
          <w:rPr>
            <w:rStyle w:val="Hyperlink"/>
          </w:rPr>
          <w:t>https://www.youtube.com/results?search_query=order+of+operations+math+antics</w:t>
        </w:r>
      </w:hyperlink>
    </w:p>
    <w:p w14:paraId="1235D659" w14:textId="7211093B" w:rsidR="00E02435" w:rsidRDefault="00000000">
      <w:pPr>
        <w:pStyle w:val="ListBullet"/>
      </w:pPr>
      <w:r>
        <w:t xml:space="preserve">Ratio Word Problems (Organic Chemistry Tutor): </w:t>
      </w:r>
      <w:hyperlink r:id="rId8" w:history="1">
        <w:r w:rsidR="00E02435" w:rsidRPr="00CB11E0">
          <w:rPr>
            <w:rStyle w:val="Hyperlink"/>
          </w:rPr>
          <w:t>https://www.youtube.com/results?search_query=ratio+word+problems+organic+chemistry+tutor</w:t>
        </w:r>
      </w:hyperlink>
    </w:p>
    <w:p w14:paraId="366CBE38" w14:textId="77777777" w:rsidR="00E02435" w:rsidRDefault="00000000">
      <w:pPr>
        <w:pStyle w:val="Heading2"/>
      </w:pPr>
      <w:r>
        <w:t>Algebraic Reasoning</w:t>
      </w:r>
    </w:p>
    <w:p w14:paraId="04CA326E" w14:textId="241D071E" w:rsidR="00E02435" w:rsidRDefault="00000000">
      <w:pPr>
        <w:pStyle w:val="ListBullet"/>
      </w:pPr>
      <w:r>
        <w:t xml:space="preserve">Advanced Algebra Review: </w:t>
      </w:r>
      <w:hyperlink r:id="rId9" w:history="1">
        <w:r w:rsidR="00E02435" w:rsidRPr="00CB11E0">
          <w:rPr>
            <w:rStyle w:val="Hyperlink"/>
          </w:rPr>
          <w:t>https://www.youtube.com/results?search_query=advanced+algebra+review</w:t>
        </w:r>
      </w:hyperlink>
    </w:p>
    <w:p w14:paraId="5BFD4F65" w14:textId="7E7BFE56" w:rsidR="00E02435" w:rsidRDefault="00000000">
      <w:pPr>
        <w:pStyle w:val="ListBullet"/>
      </w:pPr>
      <w:r>
        <w:t xml:space="preserve">Quadratic Factoring (Khan Academy): </w:t>
      </w:r>
      <w:hyperlink r:id="rId10" w:history="1">
        <w:r w:rsidR="00E02435" w:rsidRPr="00CB11E0">
          <w:rPr>
            <w:rStyle w:val="Hyperlink"/>
          </w:rPr>
          <w:t>https://www.youtube.com/results?search_query=quadratic+factoring+khan+academy</w:t>
        </w:r>
      </w:hyperlink>
    </w:p>
    <w:p w14:paraId="1FDBC0B1" w14:textId="6ADECA7B" w:rsidR="00E02435" w:rsidRDefault="00000000">
      <w:pPr>
        <w:pStyle w:val="ListBullet"/>
      </w:pPr>
      <w:r>
        <w:t xml:space="preserve">Exponent Rules (Organic Chemistry Tutor): </w:t>
      </w:r>
      <w:hyperlink r:id="rId11" w:history="1">
        <w:r w:rsidR="00E02435" w:rsidRPr="00CB11E0">
          <w:rPr>
            <w:rStyle w:val="Hyperlink"/>
          </w:rPr>
          <w:t>https://www.youtube.com/results?search_query=exponent+rules+organic+chemistry+tutor</w:t>
        </w:r>
      </w:hyperlink>
    </w:p>
    <w:p w14:paraId="4C7C0876" w14:textId="77777777" w:rsidR="00E02435" w:rsidRDefault="00000000">
      <w:pPr>
        <w:pStyle w:val="Heading2"/>
      </w:pPr>
      <w:r>
        <w:t>Geometric and Spatial Reasoning</w:t>
      </w:r>
    </w:p>
    <w:p w14:paraId="4D5D7F9E" w14:textId="7934FC5B" w:rsidR="00E02435" w:rsidRDefault="00000000">
      <w:pPr>
        <w:pStyle w:val="ListBullet"/>
      </w:pPr>
      <w:r>
        <w:t xml:space="preserve">Area of Trapezoids (Khan Academy): </w:t>
      </w:r>
      <w:hyperlink r:id="rId12" w:history="1">
        <w:r w:rsidR="00E02435" w:rsidRPr="00CB11E0">
          <w:rPr>
            <w:rStyle w:val="Hyperlink"/>
          </w:rPr>
          <w:t>https://www.youtube.com/results?search_query=area+of+trapezoids+khan+academy</w:t>
        </w:r>
      </w:hyperlink>
    </w:p>
    <w:p w14:paraId="16F5A7B1" w14:textId="2FC7DA8E" w:rsidR="00E02435" w:rsidRDefault="00000000">
      <w:pPr>
        <w:pStyle w:val="ListBullet"/>
      </w:pPr>
      <w:r>
        <w:t xml:space="preserve">Volume of Cylinders (Math Antics): </w:t>
      </w:r>
      <w:hyperlink r:id="rId13" w:history="1">
        <w:r w:rsidR="00E02435" w:rsidRPr="00CB11E0">
          <w:rPr>
            <w:rStyle w:val="Hyperlink"/>
          </w:rPr>
          <w:t>https://www.youtube.com/results?search_query=volume+of+cylinders+math+antics</w:t>
        </w:r>
      </w:hyperlink>
    </w:p>
    <w:p w14:paraId="692EFC3A" w14:textId="48E7B1A3" w:rsidR="00E02435" w:rsidRDefault="00000000">
      <w:pPr>
        <w:pStyle w:val="ListBullet"/>
      </w:pPr>
      <w:r>
        <w:t xml:space="preserve">Pythagorean Word Problems: </w:t>
      </w:r>
      <w:hyperlink r:id="rId14" w:history="1">
        <w:r w:rsidR="00E02435" w:rsidRPr="00CB11E0">
          <w:rPr>
            <w:rStyle w:val="Hyperlink"/>
          </w:rPr>
          <w:t>https://www.youtube.com/results?search_query=pythagorean+word+problems</w:t>
        </w:r>
      </w:hyperlink>
    </w:p>
    <w:p w14:paraId="4A8F2F7C" w14:textId="77777777" w:rsidR="00E02435" w:rsidRDefault="00000000">
      <w:pPr>
        <w:pStyle w:val="Heading2"/>
      </w:pPr>
      <w:r>
        <w:t>Probability and Statistical Reasoning</w:t>
      </w:r>
    </w:p>
    <w:p w14:paraId="721D8FE5" w14:textId="2B0DF5F5" w:rsidR="00E02435" w:rsidRDefault="00000000">
      <w:pPr>
        <w:pStyle w:val="ListBullet"/>
      </w:pPr>
      <w:r>
        <w:t xml:space="preserve">TSIA2 Statistics Review: </w:t>
      </w:r>
      <w:hyperlink r:id="rId15" w:history="1">
        <w:r w:rsidR="00E02435" w:rsidRPr="00CB11E0">
          <w:rPr>
            <w:rStyle w:val="Hyperlink"/>
          </w:rPr>
          <w:t>https://www.youtube.com/results?search_query=TSIA2+statistics+review</w:t>
        </w:r>
      </w:hyperlink>
    </w:p>
    <w:p w14:paraId="73263AF3" w14:textId="7E523192" w:rsidR="00E02435" w:rsidRDefault="00000000">
      <w:pPr>
        <w:pStyle w:val="ListBullet"/>
      </w:pPr>
      <w:r>
        <w:t xml:space="preserve">Mean Median Mode Range (Khan Academy): </w:t>
      </w:r>
      <w:hyperlink r:id="rId16" w:history="1">
        <w:r w:rsidR="00E02435" w:rsidRPr="00CB11E0">
          <w:rPr>
            <w:rStyle w:val="Hyperlink"/>
          </w:rPr>
          <w:t>https://www.youtube.com/results?search_query=mean+median+mode+range+khan+academy</w:t>
        </w:r>
      </w:hyperlink>
    </w:p>
    <w:p w14:paraId="1CB078BC" w14:textId="44D56969" w:rsidR="00E02435" w:rsidRDefault="00000000">
      <w:pPr>
        <w:pStyle w:val="ListBullet"/>
      </w:pPr>
      <w:r>
        <w:t xml:space="preserve">Probability Word Problems (Math Antics): </w:t>
      </w:r>
      <w:hyperlink r:id="rId17" w:history="1">
        <w:r w:rsidR="00E02435" w:rsidRPr="00CB11E0">
          <w:rPr>
            <w:rStyle w:val="Hyperlink"/>
          </w:rPr>
          <w:t>https://www.youtube.com/results?search_query=probability+word+problems+math+antics</w:t>
        </w:r>
      </w:hyperlink>
    </w:p>
    <w:sectPr w:rsidR="00E024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3365831">
    <w:abstractNumId w:val="8"/>
  </w:num>
  <w:num w:numId="2" w16cid:durableId="1816216072">
    <w:abstractNumId w:val="6"/>
  </w:num>
  <w:num w:numId="3" w16cid:durableId="325937803">
    <w:abstractNumId w:val="5"/>
  </w:num>
  <w:num w:numId="4" w16cid:durableId="102504923">
    <w:abstractNumId w:val="4"/>
  </w:num>
  <w:num w:numId="5" w16cid:durableId="1432823020">
    <w:abstractNumId w:val="7"/>
  </w:num>
  <w:num w:numId="6" w16cid:durableId="868026389">
    <w:abstractNumId w:val="3"/>
  </w:num>
  <w:num w:numId="7" w16cid:durableId="1617903931">
    <w:abstractNumId w:val="2"/>
  </w:num>
  <w:num w:numId="8" w16cid:durableId="1445609641">
    <w:abstractNumId w:val="1"/>
  </w:num>
  <w:num w:numId="9" w16cid:durableId="36648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8BE"/>
    <w:rsid w:val="00034616"/>
    <w:rsid w:val="0006063C"/>
    <w:rsid w:val="0015074B"/>
    <w:rsid w:val="0029639D"/>
    <w:rsid w:val="002D20DD"/>
    <w:rsid w:val="00326F90"/>
    <w:rsid w:val="003F03AD"/>
    <w:rsid w:val="00737B72"/>
    <w:rsid w:val="00A520E3"/>
    <w:rsid w:val="00AA1D8D"/>
    <w:rsid w:val="00B47730"/>
    <w:rsid w:val="00CB0664"/>
    <w:rsid w:val="00CB11E0"/>
    <w:rsid w:val="00E024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41ABDF"/>
  <w14:defaultImageDpi w14:val="300"/>
  <w15:docId w15:val="{F9554B89-BCFD-4575-BE76-5AF6D4D0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B11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ratio+word+problems+organic+chemistry+tutor" TargetMode="External"/><Relationship Id="rId13" Type="http://schemas.openxmlformats.org/officeDocument/2006/relationships/hyperlink" Target="https://www.youtube.com/results?search_query=volume+of+cylinders+math+antic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order+of+operations+math+antics" TargetMode="External"/><Relationship Id="rId12" Type="http://schemas.openxmlformats.org/officeDocument/2006/relationships/hyperlink" Target="https://www.youtube.com/results?search_query=area+of+trapezoids+khan+academy" TargetMode="External"/><Relationship Id="rId17" Type="http://schemas.openxmlformats.org/officeDocument/2006/relationships/hyperlink" Target="https://www.youtube.com/results?search_query=probability+word+problems+math+an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mean+median+mode+range+khan+academ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results?search_query=percent+applications+khan+academy" TargetMode="External"/><Relationship Id="rId11" Type="http://schemas.openxmlformats.org/officeDocument/2006/relationships/hyperlink" Target="https://www.youtube.com/results?search_query=exponent+rules+organic+chemistry+tu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results?search_query=TSIA2+statistics+review" TargetMode="External"/><Relationship Id="rId10" Type="http://schemas.openxmlformats.org/officeDocument/2006/relationships/hyperlink" Target="https://www.youtube.com/results?search_query=quadratic+factoring+khan+academ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advanced+algebra+review" TargetMode="External"/><Relationship Id="rId14" Type="http://schemas.openxmlformats.org/officeDocument/2006/relationships/hyperlink" Target="https://www.youtube.com/results?search_query=pythagorean+word+probl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Ashraf Gilani</cp:lastModifiedBy>
  <cp:revision>3</cp:revision>
  <dcterms:created xsi:type="dcterms:W3CDTF">2026-07-01T20:16:00Z</dcterms:created>
  <dcterms:modified xsi:type="dcterms:W3CDTF">2026-07-01T20:45:00Z</dcterms:modified>
  <cp:category/>
</cp:coreProperties>
</file>