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8EE8F" w14:textId="18D08B84" w:rsidR="00DA503C" w:rsidRPr="00DA503C" w:rsidRDefault="00DA503C" w:rsidP="00DA503C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</w:rPr>
      </w:pPr>
      <w:r w:rsidRPr="00DA503C">
        <w:rPr>
          <w:rFonts w:ascii="Aptos" w:hAnsi="Aptos"/>
          <w:b/>
          <w:bCs/>
          <w:sz w:val="32"/>
          <w:szCs w:val="32"/>
        </w:rPr>
        <w:t xml:space="preserve">TSIA2 Practice Questions with </w:t>
      </w:r>
      <w:r>
        <w:rPr>
          <w:rFonts w:ascii="Aptos" w:hAnsi="Aptos"/>
          <w:b/>
          <w:bCs/>
          <w:sz w:val="32"/>
          <w:szCs w:val="32"/>
        </w:rPr>
        <w:t>Basic</w:t>
      </w:r>
      <w:r w:rsidRPr="00DA503C">
        <w:rPr>
          <w:rFonts w:ascii="Aptos" w:hAnsi="Aptos"/>
          <w:b/>
          <w:bCs/>
          <w:sz w:val="32"/>
          <w:szCs w:val="32"/>
        </w:rPr>
        <w:t xml:space="preserve"> Skills (20 Questions)</w:t>
      </w:r>
      <w:r w:rsidRPr="00DA503C">
        <w:rPr>
          <w:rFonts w:ascii="Aptos" w:eastAsia="Times New Roman" w:hAnsi="Aptos" w:cs="Times New Roman"/>
          <w:b/>
          <w:bCs/>
          <w:kern w:val="36"/>
          <w:sz w:val="48"/>
          <w:szCs w:val="48"/>
        </w:rPr>
        <w:t xml:space="preserve"> </w:t>
      </w:r>
    </w:p>
    <w:p w14:paraId="0204B4CD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Topics Covered:</w:t>
      </w:r>
    </w:p>
    <w:p w14:paraId="0998CF94" w14:textId="77777777" w:rsidR="00DA503C" w:rsidRPr="00DA503C" w:rsidRDefault="00DA503C" w:rsidP="00DA50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Quantitative Reasoning (1–5) </w:t>
      </w:r>
    </w:p>
    <w:p w14:paraId="46600F99" w14:textId="77777777" w:rsidR="00DA503C" w:rsidRPr="00DA503C" w:rsidRDefault="00DA503C" w:rsidP="00DA50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Algebraic Reasoning (6–10) </w:t>
      </w:r>
    </w:p>
    <w:p w14:paraId="6E433F34" w14:textId="77777777" w:rsidR="00DA503C" w:rsidRPr="00DA503C" w:rsidRDefault="00DA503C" w:rsidP="00DA50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Geometric &amp; Spatial Reasoning (11–15) </w:t>
      </w:r>
    </w:p>
    <w:p w14:paraId="24DCAE9F" w14:textId="77777777" w:rsidR="00DA503C" w:rsidRPr="00DA503C" w:rsidRDefault="00DA503C" w:rsidP="00DA50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Probability &amp; Statistical Reasoning (16–20) </w:t>
      </w:r>
    </w:p>
    <w:p w14:paraId="4123BFA3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28B33B44">
          <v:rect id="_x0000_i1025" style="width:0;height:1.5pt" o:hralign="center" o:hrstd="t" o:hr="t" fillcolor="#a0a0a0" stroked="f"/>
        </w:pict>
      </w:r>
    </w:p>
    <w:p w14:paraId="137B9AB2" w14:textId="77777777" w:rsidR="00DA503C" w:rsidRPr="00DA503C" w:rsidRDefault="00DA503C" w:rsidP="00DA5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A503C">
        <w:rPr>
          <w:rFonts w:ascii="Times New Roman" w:eastAsia="Times New Roman" w:hAnsi="Times New Roman" w:cs="Times New Roman"/>
          <w:b/>
          <w:bCs/>
          <w:sz w:val="36"/>
          <w:szCs w:val="36"/>
        </w:rPr>
        <w:t>Quantitative Reasoning</w:t>
      </w:r>
    </w:p>
    <w:p w14:paraId="07EA6746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A shirt originally </w:t>
      </w:r>
      <w:proofErr w:type="gramStart"/>
      <w:r w:rsidRPr="00DA503C">
        <w:rPr>
          <w:rFonts w:ascii="Times New Roman" w:eastAsia="Times New Roman" w:hAnsi="Times New Roman" w:cs="Times New Roman"/>
          <w:sz w:val="24"/>
          <w:szCs w:val="24"/>
        </w:rPr>
        <w:t>costs</w:t>
      </w:r>
      <w:proofErr w:type="gramEnd"/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$40 and is on sale for 25% off. What is the sale price?</w:t>
      </w:r>
    </w:p>
    <w:p w14:paraId="46889C48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$10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$20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$30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$35</w:t>
      </w:r>
    </w:p>
    <w:p w14:paraId="01E04450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7EF5629C">
          <v:rect id="_x0000_i1026" style="width:0;height:1.5pt" o:hralign="center" o:hrstd="t" o:hr="t" fillcolor="#a0a0a0" stroked="f"/>
        </w:pict>
      </w:r>
    </w:p>
    <w:p w14:paraId="13A94F7D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A car travels 180 miles using 6 gallons of gas. What is the unit rate in miles per gallon?</w:t>
      </w:r>
    </w:p>
    <w:p w14:paraId="615B1825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20 mpg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25 mpg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30 mpg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35 mpg</w:t>
      </w:r>
    </w:p>
    <w:p w14:paraId="7EBA3AF3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26D502BE">
          <v:rect id="_x0000_i1027" style="width:0;height:1.5pt" o:hralign="center" o:hrstd="t" o:hr="t" fillcolor="#a0a0a0" stroked="f"/>
        </w:pict>
      </w:r>
    </w:p>
    <w:p w14:paraId="4974719D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A recipe calls for 3 cups of flour to make 24 cookies. How many cups of flour are needed to make 40 cookies?</w:t>
      </w:r>
    </w:p>
    <w:p w14:paraId="13377F43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4 cups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5 cups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6 cups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7 cups</w:t>
      </w:r>
    </w:p>
    <w:p w14:paraId="5319DE0B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54D70777">
          <v:rect id="_x0000_i1028" style="width:0;height:1.5pt" o:hralign="center" o:hrstd="t" o:hr="t" fillcolor="#a0a0a0" stroked="f"/>
        </w:pict>
      </w:r>
    </w:p>
    <w:p w14:paraId="22682863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Maria earns $15 per hour and works 32 hours in one week. If 20% of her earnings go to taxes, how much money does she take home?</w:t>
      </w:r>
    </w:p>
    <w:p w14:paraId="10E21005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lastRenderedPageBreak/>
        <w:t>a. $384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$420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$450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$480</w:t>
      </w:r>
    </w:p>
    <w:p w14:paraId="4B8D502E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58465544">
          <v:rect id="_x0000_i1029" style="width:0;height:1.5pt" o:hralign="center" o:hrstd="t" o:hr="t" fillcolor="#a0a0a0" stroked="f"/>
        </w:pict>
      </w:r>
    </w:p>
    <w:p w14:paraId="0749CFAD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A student scored 18 out of 24 questions correctly on a test. What </w:t>
      </w:r>
      <w:proofErr w:type="gramStart"/>
      <w:r w:rsidRPr="00DA503C">
        <w:rPr>
          <w:rFonts w:ascii="Times New Roman" w:eastAsia="Times New Roman" w:hAnsi="Times New Roman" w:cs="Times New Roman"/>
          <w:sz w:val="24"/>
          <w:szCs w:val="24"/>
        </w:rPr>
        <w:t>percent</w:t>
      </w:r>
      <w:proofErr w:type="gramEnd"/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of the questions were answered correctly?</w:t>
      </w:r>
    </w:p>
    <w:p w14:paraId="35B0E6F5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65%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70%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75%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80%</w:t>
      </w:r>
    </w:p>
    <w:p w14:paraId="5E9906F0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1D420745">
          <v:rect id="_x0000_i1030" style="width:0;height:1.5pt" o:hralign="center" o:hrstd="t" o:hr="t" fillcolor="#a0a0a0" stroked="f"/>
        </w:pict>
      </w:r>
    </w:p>
    <w:p w14:paraId="2FAC1F66" w14:textId="77777777" w:rsidR="00DA503C" w:rsidRPr="00DA503C" w:rsidRDefault="00DA503C" w:rsidP="00DA5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A503C">
        <w:rPr>
          <w:rFonts w:ascii="Times New Roman" w:eastAsia="Times New Roman" w:hAnsi="Times New Roman" w:cs="Times New Roman"/>
          <w:b/>
          <w:bCs/>
          <w:sz w:val="36"/>
          <w:szCs w:val="36"/>
        </w:rPr>
        <w:t>Algebraic Reasoning</w:t>
      </w:r>
    </w:p>
    <w:p w14:paraId="793D4958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Solve for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33A523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3x+7=22</m:t>
          </m:r>
          <m:r>
            <w:rPr>
              <w:rFonts w:ascii="Cambria Math" w:eastAsia="Times New Roman" w:hAnsi="Cambria Math" w:cs="Times New Roman"/>
              <w:i/>
              <w:sz w:val="24"/>
              <w:szCs w:val="24"/>
            </w:rPr>
            <w:br/>
          </m:r>
        </m:oMath>
      </m:oMathPara>
    </w:p>
    <w:p w14:paraId="3B530668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3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5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7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15</w:t>
      </w:r>
    </w:p>
    <w:p w14:paraId="7B29A3B0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091D9552">
          <v:rect id="_x0000_i1031" style="width:0;height:1.5pt" o:hralign="center" o:hrstd="t" o:hr="t" fillcolor="#a0a0a0" stroked="f"/>
        </w:pict>
      </w:r>
    </w:p>
    <w:p w14:paraId="077983F6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Simplify:</w:t>
      </w:r>
    </w:p>
    <w:p w14:paraId="5BC832EE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4(2x-3)</m:t>
          </m:r>
          <m:r>
            <w:rPr>
              <w:rFonts w:ascii="Cambria Math" w:eastAsia="Times New Roman" w:hAnsi="Cambria Math" w:cs="Times New Roman"/>
              <w:i/>
              <w:sz w:val="24"/>
              <w:szCs w:val="24"/>
            </w:rPr>
            <w:br/>
          </m:r>
        </m:oMath>
      </m:oMathPara>
    </w:p>
    <w:p w14:paraId="2A56C801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8x-3</m:t>
        </m:r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8x-12</m:t>
        </m:r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6x-12</m:t>
        </m:r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8x+12</m:t>
        </m:r>
      </m:oMath>
    </w:p>
    <w:p w14:paraId="5E438549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4EF6278E">
          <v:rect id="_x0000_i1032" style="width:0;height:1.5pt" o:hralign="center" o:hrstd="t" o:hr="t" fillcolor="#a0a0a0" stroked="f"/>
        </w:pict>
      </w:r>
    </w:p>
    <w:p w14:paraId="5F5D20D4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Solve:</w:t>
      </w:r>
    </w:p>
    <w:p w14:paraId="12C140A8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w:lastRenderedPageBreak/>
            <m:t>5x-8=2x+13</m:t>
          </m:r>
          <m:r>
            <w:rPr>
              <w:rFonts w:ascii="Cambria Math" w:eastAsia="Times New Roman" w:hAnsi="Cambria Math" w:cs="Times New Roman"/>
              <w:i/>
              <w:sz w:val="24"/>
              <w:szCs w:val="24"/>
            </w:rPr>
            <w:br/>
          </m:r>
        </m:oMath>
      </m:oMathPara>
    </w:p>
    <w:p w14:paraId="1ADA2621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5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6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7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8</w:t>
      </w:r>
    </w:p>
    <w:p w14:paraId="3DF58333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54585856">
          <v:rect id="_x0000_i1033" style="width:0;height:1.5pt" o:hralign="center" o:hrstd="t" o:hr="t" fillcolor="#a0a0a0" stroked="f"/>
        </w:pict>
      </w:r>
    </w:p>
    <w:p w14:paraId="0EB712BF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Evaluate the expression when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x=4</m:t>
        </m:r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56ED59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-3</m:t>
          </m:r>
          <m:r>
            <w:rPr>
              <w:rFonts w:ascii="Cambria Math" w:eastAsia="Times New Roman" w:hAnsi="Cambria Math" w:cs="Times New Roman"/>
              <w:i/>
              <w:sz w:val="24"/>
              <w:szCs w:val="24"/>
            </w:rPr>
            <w:br/>
          </m:r>
        </m:oMath>
      </m:oMathPara>
    </w:p>
    <w:p w14:paraId="41DC3F81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13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29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32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35</w:t>
      </w:r>
    </w:p>
    <w:p w14:paraId="397D1F57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5C41CEB5">
          <v:rect id="_x0000_i1034" style="width:0;height:1.5pt" o:hralign="center" o:hrstd="t" o:hr="t" fillcolor="#a0a0a0" stroked="f"/>
        </w:pict>
      </w:r>
    </w:p>
    <w:p w14:paraId="10282087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The length of a rectangle is 4 feet longer than its width. If the width is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w</m:t>
        </m:r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t>, which expression represents the perimeter?</w:t>
      </w:r>
    </w:p>
    <w:p w14:paraId="6E749F4D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2w+4</m:t>
        </m:r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4w+8</m:t>
        </m:r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2w+8</m:t>
        </m:r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4w+4</m:t>
        </m:r>
      </m:oMath>
    </w:p>
    <w:p w14:paraId="0B103906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63A3CC12">
          <v:rect id="_x0000_i1035" style="width:0;height:1.5pt" o:hralign="center" o:hrstd="t" o:hr="t" fillcolor="#a0a0a0" stroked="f"/>
        </w:pict>
      </w:r>
    </w:p>
    <w:p w14:paraId="08684BF6" w14:textId="77777777" w:rsidR="00DA503C" w:rsidRPr="00DA503C" w:rsidRDefault="00DA503C" w:rsidP="00DA5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A503C">
        <w:rPr>
          <w:rFonts w:ascii="Times New Roman" w:eastAsia="Times New Roman" w:hAnsi="Times New Roman" w:cs="Times New Roman"/>
          <w:b/>
          <w:bCs/>
          <w:sz w:val="36"/>
          <w:szCs w:val="36"/>
        </w:rPr>
        <w:t>Geometric and Spatial Reasoning</w:t>
      </w:r>
    </w:p>
    <w:p w14:paraId="2436D95C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Find the area of a rectangle with </w:t>
      </w:r>
      <w:proofErr w:type="gramStart"/>
      <w:r w:rsidRPr="00DA503C">
        <w:rPr>
          <w:rFonts w:ascii="Times New Roman" w:eastAsia="Times New Roman" w:hAnsi="Times New Roman" w:cs="Times New Roman"/>
          <w:sz w:val="24"/>
          <w:szCs w:val="24"/>
        </w:rPr>
        <w:t>length 9 inches</w:t>
      </w:r>
      <w:proofErr w:type="gramEnd"/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gramStart"/>
      <w:r w:rsidRPr="00DA503C">
        <w:rPr>
          <w:rFonts w:ascii="Times New Roman" w:eastAsia="Times New Roman" w:hAnsi="Times New Roman" w:cs="Times New Roman"/>
          <w:sz w:val="24"/>
          <w:szCs w:val="24"/>
        </w:rPr>
        <w:t>width 5 inches</w:t>
      </w:r>
      <w:proofErr w:type="gramEnd"/>
      <w:r w:rsidRPr="00DA50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3D72B7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14 sq in.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28 sq in.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45 sq in.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90 sq in.</w:t>
      </w:r>
    </w:p>
    <w:p w14:paraId="3B66BD95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1DD8B1F9">
          <v:rect id="_x0000_i1036" style="width:0;height:1.5pt" o:hralign="center" o:hrstd="t" o:hr="t" fillcolor="#a0a0a0" stroked="f"/>
        </w:pict>
      </w:r>
    </w:p>
    <w:p w14:paraId="6F83D491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What is the circumference of a circle with radius 7 cm? Use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π=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7EBDE8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lastRenderedPageBreak/>
        <w:t>a. 22 cm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44 cm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49 cm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154 cm</w:t>
      </w:r>
    </w:p>
    <w:p w14:paraId="2C48313E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1D30525C">
          <v:rect id="_x0000_i1037" style="width:0;height:1.5pt" o:hralign="center" o:hrstd="t" o:hr="t" fillcolor="#a0a0a0" stroked="f"/>
        </w:pict>
      </w:r>
    </w:p>
    <w:p w14:paraId="6895E7B2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A right triangle has legs of 6 units and 8 units. What is the length of the hypotenuse?</w:t>
      </w:r>
    </w:p>
    <w:p w14:paraId="59E67F24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9 units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10 units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12 units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14 units</w:t>
      </w:r>
    </w:p>
    <w:p w14:paraId="7AA85BFF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61D4500A">
          <v:rect id="_x0000_i1038" style="width:0;height:1.5pt" o:hralign="center" o:hrstd="t" o:hr="t" fillcolor="#a0a0a0" stroked="f"/>
        </w:pict>
      </w:r>
    </w:p>
    <w:p w14:paraId="27DE3043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14.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Find the volume of a rectangular prism with length 4 ft, width 3 ft, and height 5 ft.</w:t>
      </w:r>
    </w:p>
    <w:p w14:paraId="11EE401A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12 ft³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20 ft³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60 ft³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120 ft³</w:t>
      </w:r>
    </w:p>
    <w:p w14:paraId="7C1DDD0A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290F6773">
          <v:rect id="_x0000_i1039" style="width:0;height:1.5pt" o:hralign="center" o:hrstd="t" o:hr="t" fillcolor="#a0a0a0" stroked="f"/>
        </w:pict>
      </w:r>
    </w:p>
    <w:p w14:paraId="20B5C04C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15.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Two angles are supplementary. One angle </w:t>
      </w:r>
      <w:proofErr w:type="gramStart"/>
      <w:r w:rsidRPr="00DA503C">
        <w:rPr>
          <w:rFonts w:ascii="Times New Roman" w:eastAsia="Times New Roman" w:hAnsi="Times New Roman" w:cs="Times New Roman"/>
          <w:sz w:val="24"/>
          <w:szCs w:val="24"/>
        </w:rPr>
        <w:t>measures</w:t>
      </w:r>
      <w:proofErr w:type="gramEnd"/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65°. What is the measure of the other angle?</w:t>
      </w:r>
    </w:p>
    <w:p w14:paraId="779EDA3B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25°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90°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115°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125°</w:t>
      </w:r>
    </w:p>
    <w:p w14:paraId="2426F33C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4F007C1F">
          <v:rect id="_x0000_i1040" style="width:0;height:1.5pt" o:hralign="center" o:hrstd="t" o:hr="t" fillcolor="#a0a0a0" stroked="f"/>
        </w:pict>
      </w:r>
    </w:p>
    <w:p w14:paraId="054E0A8F" w14:textId="77777777" w:rsidR="00DA503C" w:rsidRPr="00DA503C" w:rsidRDefault="00DA503C" w:rsidP="00DA50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A503C">
        <w:rPr>
          <w:rFonts w:ascii="Times New Roman" w:eastAsia="Times New Roman" w:hAnsi="Times New Roman" w:cs="Times New Roman"/>
          <w:b/>
          <w:bCs/>
          <w:sz w:val="36"/>
          <w:szCs w:val="36"/>
        </w:rPr>
        <w:t>Probability and Statistical Reasoning</w:t>
      </w:r>
    </w:p>
    <w:p w14:paraId="1DF7C78C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16.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A bag contains 5 red marbles and 15 blue marbles. What is the probability of selecting </w:t>
      </w:r>
      <w:proofErr w:type="gramStart"/>
      <w:r w:rsidRPr="00DA503C">
        <w:rPr>
          <w:rFonts w:ascii="Times New Roman" w:eastAsia="Times New Roman" w:hAnsi="Times New Roman" w:cs="Times New Roman"/>
          <w:sz w:val="24"/>
          <w:szCs w:val="24"/>
        </w:rPr>
        <w:t>a red</w:t>
      </w:r>
      <w:proofErr w:type="gramEnd"/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marble?</w:t>
      </w:r>
    </w:p>
    <w:p w14:paraId="45AF1728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</w:p>
    <w:p w14:paraId="69183671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60A686D4">
          <v:rect id="_x0000_i1041" style="width:0;height:1.5pt" o:hralign="center" o:hrstd="t" o:hr="t" fillcolor="#a0a0a0" stroked="f"/>
        </w:pict>
      </w:r>
    </w:p>
    <w:p w14:paraId="60ED6FE1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17.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Find the </w:t>
      </w:r>
      <w:proofErr w:type="gramStart"/>
      <w:r w:rsidRPr="00DA503C"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gramEnd"/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of the following numbers:</w:t>
      </w:r>
    </w:p>
    <w:p w14:paraId="0FE9FAFC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12, 15, 18, 20, 25</w:t>
      </w:r>
    </w:p>
    <w:p w14:paraId="1E4E4CC5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16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18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19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20</w:t>
      </w:r>
    </w:p>
    <w:p w14:paraId="3CE3F663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6F8F5D7C">
          <v:rect id="_x0000_i1042" style="width:0;height:1.5pt" o:hralign="center" o:hrstd="t" o:hr="t" fillcolor="#a0a0a0" stroked="f"/>
        </w:pict>
      </w:r>
    </w:p>
    <w:p w14:paraId="106FFF1F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18.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The test scores of a class are:</w:t>
      </w:r>
    </w:p>
    <w:p w14:paraId="339B02DB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70, 75, 80, 80, 85, 90</w:t>
      </w:r>
    </w:p>
    <w:p w14:paraId="5CC9670B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What is the </w:t>
      </w:r>
      <w:proofErr w:type="gramStart"/>
      <w:r w:rsidRPr="00DA503C">
        <w:rPr>
          <w:rFonts w:ascii="Times New Roman" w:eastAsia="Times New Roman" w:hAnsi="Times New Roman" w:cs="Times New Roman"/>
          <w:sz w:val="24"/>
          <w:szCs w:val="24"/>
        </w:rPr>
        <w:t>median</w:t>
      </w:r>
      <w:proofErr w:type="gramEnd"/>
      <w:r w:rsidRPr="00DA503C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58308E2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77.5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80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c. 82.5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85</w:t>
      </w:r>
    </w:p>
    <w:p w14:paraId="7EF8918D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6A026285">
          <v:rect id="_x0000_i1043" style="width:0;height:1.5pt" o:hralign="center" o:hrstd="t" o:hr="t" fillcolor="#a0a0a0" stroked="f"/>
        </w:pict>
      </w:r>
    </w:p>
    <w:p w14:paraId="20F4CB0E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19.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A spinner has 8 equal sections numbered 1 through 8. What is the probability of landing on an even number?</w:t>
      </w:r>
    </w:p>
    <w:p w14:paraId="6A1EA33D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</m:den>
        </m:f>
      </m:oMath>
    </w:p>
    <w:p w14:paraId="34693C1E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788A678C">
          <v:rect id="_x0000_i1044" style="width:0;height:1.5pt" o:hralign="center" o:hrstd="t" o:hr="t" fillcolor="#a0a0a0" stroked="f"/>
        </w:pict>
      </w:r>
    </w:p>
    <w:p w14:paraId="44342663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20.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t xml:space="preserve"> The following data show the number of books read by five students:</w:t>
      </w:r>
    </w:p>
    <w:p w14:paraId="1FB1757D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2, 4, 4, 6, 8</w:t>
      </w:r>
    </w:p>
    <w:p w14:paraId="75F507DC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What is the mode?</w:t>
      </w:r>
    </w:p>
    <w:p w14:paraId="543B7FC0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t>a. 2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b. 4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</w:r>
      <w:r w:rsidRPr="00DA503C">
        <w:rPr>
          <w:rFonts w:ascii="Times New Roman" w:eastAsia="Times New Roman" w:hAnsi="Times New Roman" w:cs="Times New Roman"/>
          <w:sz w:val="24"/>
          <w:szCs w:val="24"/>
        </w:rPr>
        <w:lastRenderedPageBreak/>
        <w:t>c. 6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  <w:t>d. 8</w:t>
      </w:r>
    </w:p>
    <w:p w14:paraId="09A0DA45" w14:textId="77777777" w:rsidR="00DA503C" w:rsidRPr="00DA503C" w:rsidRDefault="00DA503C" w:rsidP="00DA5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sz w:val="24"/>
          <w:szCs w:val="24"/>
        </w:rPr>
        <w:pict w14:anchorId="70B360E4">
          <v:rect id="_x0000_i1045" style="width:0;height:1.5pt" o:hralign="center" o:hrstd="t" o:hr="t" fillcolor="#a0a0a0" stroked="f"/>
        </w:pict>
      </w:r>
    </w:p>
    <w:p w14:paraId="7AE243A8" w14:textId="77777777" w:rsidR="00DA503C" w:rsidRPr="00DA503C" w:rsidRDefault="00DA503C" w:rsidP="00DA5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Total Questions: 20</w:t>
      </w:r>
      <w:r w:rsidRPr="00DA503C">
        <w:rPr>
          <w:rFonts w:ascii="Times New Roman" w:eastAsia="Times New Roman" w:hAnsi="Times New Roman" w:cs="Times New Roman"/>
          <w:sz w:val="24"/>
          <w:szCs w:val="24"/>
        </w:rPr>
        <w:br/>
      </w:r>
      <w:r w:rsidRPr="00DA503C">
        <w:rPr>
          <w:rFonts w:ascii="Times New Roman" w:eastAsia="Times New Roman" w:hAnsi="Times New Roman" w:cs="Times New Roman"/>
          <w:b/>
          <w:bCs/>
          <w:sz w:val="24"/>
          <w:szCs w:val="24"/>
        </w:rPr>
        <w:t>Difficulty Level: Basic Skills (TSIA2 Preparation)</w:t>
      </w:r>
    </w:p>
    <w:p w14:paraId="6E9CC134" w14:textId="1ADCEE6B" w:rsidR="005E6805" w:rsidRPr="00DA503C" w:rsidRDefault="005E6805" w:rsidP="00DA503C"/>
    <w:sectPr w:rsidR="005E6805" w:rsidRPr="00DA50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F40C8B"/>
    <w:multiLevelType w:val="multilevel"/>
    <w:tmpl w:val="A42A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091661">
    <w:abstractNumId w:val="8"/>
  </w:num>
  <w:num w:numId="2" w16cid:durableId="847600316">
    <w:abstractNumId w:val="6"/>
  </w:num>
  <w:num w:numId="3" w16cid:durableId="784539777">
    <w:abstractNumId w:val="5"/>
  </w:num>
  <w:num w:numId="4" w16cid:durableId="1279753889">
    <w:abstractNumId w:val="4"/>
  </w:num>
  <w:num w:numId="5" w16cid:durableId="1427533866">
    <w:abstractNumId w:val="7"/>
  </w:num>
  <w:num w:numId="6" w16cid:durableId="1251429797">
    <w:abstractNumId w:val="3"/>
  </w:num>
  <w:num w:numId="7" w16cid:durableId="552541881">
    <w:abstractNumId w:val="2"/>
  </w:num>
  <w:num w:numId="8" w16cid:durableId="1659265044">
    <w:abstractNumId w:val="1"/>
  </w:num>
  <w:num w:numId="9" w16cid:durableId="1682705595">
    <w:abstractNumId w:val="0"/>
  </w:num>
  <w:num w:numId="10" w16cid:durableId="2045902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3D41"/>
    <w:rsid w:val="00326F90"/>
    <w:rsid w:val="005E6805"/>
    <w:rsid w:val="00AA1D8D"/>
    <w:rsid w:val="00B47730"/>
    <w:rsid w:val="00CB0664"/>
    <w:rsid w:val="00DA50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5F5293"/>
  <w14:defaultImageDpi w14:val="300"/>
  <w15:docId w15:val="{106D84B5-CD08-4BEF-A143-21DAA660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Ashraf Gilani</cp:lastModifiedBy>
  <cp:revision>2</cp:revision>
  <dcterms:created xsi:type="dcterms:W3CDTF">2026-07-01T20:53:00Z</dcterms:created>
  <dcterms:modified xsi:type="dcterms:W3CDTF">2026-07-01T20:53:00Z</dcterms:modified>
  <cp:category/>
</cp:coreProperties>
</file>